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7C10" w14:textId="77777777" w:rsidR="00AE24C0" w:rsidRDefault="00000000">
      <w:pPr>
        <w:jc w:val="center"/>
      </w:pPr>
      <w:r>
        <w:rPr>
          <w:b/>
          <w:sz w:val="28"/>
        </w:rPr>
        <w:t>POWER OF ATTORNEY</w:t>
      </w:r>
    </w:p>
    <w:p w14:paraId="3B264835" w14:textId="77777777" w:rsidR="00AE24C0" w:rsidRDefault="00AE24C0"/>
    <w:p w14:paraId="46ACDD4A" w14:textId="77777777" w:rsidR="00AE24C0" w:rsidRDefault="00000000">
      <w:pPr>
        <w:jc w:val="right"/>
      </w:pPr>
      <w:r>
        <w:t>Written at ............................................</w:t>
      </w:r>
      <w:r>
        <w:br/>
        <w:t>Date ........ Month ................................. Year ...........</w:t>
      </w:r>
    </w:p>
    <w:p w14:paraId="70B23706" w14:textId="77777777" w:rsidR="00AE24C0" w:rsidRDefault="00AE24C0"/>
    <w:p w14:paraId="7FF5C488" w14:textId="77777777" w:rsidR="00AE24C0" w:rsidRDefault="00000000">
      <w:pPr>
        <w:ind w:firstLine="720"/>
      </w:pPr>
      <w:r>
        <w:t>By this document, I ........................................ (Name of Person) on behalf of .................................................................... (Name of Establishment), with office located at No. .......... Moo ........... Alley/Soi .................................... Road ........................................... Sub-district/Khwaeng ............................................ District/Khet ............................................. Province .................................................. Postal Code ......................,</w:t>
      </w:r>
    </w:p>
    <w:p w14:paraId="12819038" w14:textId="77777777" w:rsidR="00AE24C0" w:rsidRDefault="00000000">
      <w:pPr>
        <w:ind w:firstLine="720"/>
      </w:pPr>
      <w:r>
        <w:t>Hereby authorize and appoint .............................................................................. (Name of Person) on behalf of .......................................................................................... (Name of Establishment) to be the authorized person to act on my behalf as follows: to contact the Halal Affairs Department, The Central Islamic Council of Thailand, to apply for the Halal certification mark certificate on my behalf. In this regard, the authorized person has the power to give statements, receive and deliver documents, sign relevant documents, as well as request copies and certify the aforementioned documents on behalf of the principal until completion.</w:t>
      </w:r>
    </w:p>
    <w:p w14:paraId="30A0481A" w14:textId="4ACEE185" w:rsidR="00AE24C0" w:rsidRDefault="00000000" w:rsidP="000223C3">
      <w:pPr>
        <w:ind w:firstLine="720"/>
      </w:pPr>
      <w:r>
        <w:t>Any act performed by the aforementioned authorized person within the scope of this authorization, I shall be entirely responsible for and bound by in all respects. This Power of Attorney is a specific authorization to perform only the acts specified above, effective from Date ....... Month ....................... Year ......... onwards.</w:t>
      </w:r>
    </w:p>
    <w:p w14:paraId="0FFAE2F1" w14:textId="0EB84E77" w:rsidR="00AE24C0" w:rsidRDefault="000223C3">
      <w:pPr>
        <w:jc w:val="center"/>
      </w:pPr>
      <w:r>
        <w:rPr>
          <w:rFonts w:hint="cs"/>
          <w:cs/>
          <w:lang w:bidi="th-TH"/>
        </w:rPr>
        <w:t xml:space="preserve">                                                                              </w:t>
      </w:r>
      <w:r w:rsidR="00000000">
        <w:t>Signed ............................................ Principal</w:t>
      </w:r>
    </w:p>
    <w:p w14:paraId="26E0F4B2" w14:textId="6756F370" w:rsidR="00AE24C0" w:rsidRDefault="000223C3">
      <w:pPr>
        <w:jc w:val="center"/>
      </w:pPr>
      <w:r>
        <w:rPr>
          <w:rFonts w:hint="cs"/>
          <w:cs/>
          <w:lang w:bidi="th-TH"/>
        </w:rPr>
        <w:t xml:space="preserve">                                                                            </w:t>
      </w:r>
      <w:r w:rsidR="00000000">
        <w:t>(.............................................)</w:t>
      </w:r>
    </w:p>
    <w:p w14:paraId="0468B4E6" w14:textId="0F5EB734" w:rsidR="00AE24C0" w:rsidRDefault="000223C3">
      <w:pPr>
        <w:jc w:val="center"/>
        <w:rPr>
          <w:lang w:bidi="th-TH"/>
        </w:rPr>
      </w:pPr>
      <w:r>
        <w:rPr>
          <w:rFonts w:hint="cs"/>
          <w:cs/>
          <w:lang w:bidi="th-TH"/>
        </w:rPr>
        <w:t xml:space="preserve">                                                                       </w:t>
      </w:r>
      <w:r w:rsidR="00000000">
        <w:t xml:space="preserve">Signed ............................................ </w:t>
      </w:r>
      <w:r>
        <w:rPr>
          <w:lang w:bidi="th-TH"/>
        </w:rPr>
        <w:t>Agent</w:t>
      </w:r>
    </w:p>
    <w:p w14:paraId="3FF08717" w14:textId="22F1B5A2" w:rsidR="00AE24C0" w:rsidRDefault="000223C3">
      <w:pPr>
        <w:jc w:val="center"/>
      </w:pPr>
      <w:r>
        <w:t xml:space="preserve">                                             </w:t>
      </w:r>
      <w:r w:rsidR="00000000">
        <w:t>(.............................................)</w:t>
      </w:r>
    </w:p>
    <w:p w14:paraId="097B454A" w14:textId="205C1477" w:rsidR="00AE24C0" w:rsidRDefault="000223C3">
      <w:pPr>
        <w:jc w:val="center"/>
      </w:pPr>
      <w:r>
        <w:t xml:space="preserve">                                              </w:t>
      </w:r>
      <w:r w:rsidR="00000000">
        <w:t>Signed ............................................ Witness</w:t>
      </w:r>
    </w:p>
    <w:p w14:paraId="591DE9BE" w14:textId="4FD6E22C" w:rsidR="00AE24C0" w:rsidRDefault="000223C3">
      <w:pPr>
        <w:jc w:val="center"/>
      </w:pPr>
      <w:r>
        <w:t xml:space="preserve">                                             </w:t>
      </w:r>
      <w:r w:rsidR="00000000">
        <w:t>(.............................................)</w:t>
      </w:r>
    </w:p>
    <w:p w14:paraId="6B9D1143" w14:textId="244684E3" w:rsidR="00AE24C0" w:rsidRDefault="000223C3">
      <w:pPr>
        <w:jc w:val="center"/>
      </w:pPr>
      <w:r>
        <w:t xml:space="preserve">                                             </w:t>
      </w:r>
      <w:r w:rsidR="00000000">
        <w:t>Signed ............................................ Witness</w:t>
      </w:r>
    </w:p>
    <w:p w14:paraId="03AC1F1F" w14:textId="14959DAE" w:rsidR="00AE24C0" w:rsidRDefault="000223C3">
      <w:pPr>
        <w:jc w:val="center"/>
      </w:pPr>
      <w:r>
        <w:t xml:space="preserve">                                            </w:t>
      </w:r>
      <w:r w:rsidR="00000000">
        <w:t>(.............................................)</w:t>
      </w:r>
    </w:p>
    <w:sectPr w:rsidR="00AE24C0" w:rsidSect="000223C3">
      <w:pgSz w:w="12240" w:h="15840"/>
      <w:pgMar w:top="990" w:right="1800" w:bottom="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3039874">
    <w:abstractNumId w:val="8"/>
  </w:num>
  <w:num w:numId="2" w16cid:durableId="138230500">
    <w:abstractNumId w:val="6"/>
  </w:num>
  <w:num w:numId="3" w16cid:durableId="658769355">
    <w:abstractNumId w:val="5"/>
  </w:num>
  <w:num w:numId="4" w16cid:durableId="1234967110">
    <w:abstractNumId w:val="4"/>
  </w:num>
  <w:num w:numId="5" w16cid:durableId="1591012">
    <w:abstractNumId w:val="7"/>
  </w:num>
  <w:num w:numId="6" w16cid:durableId="1536652654">
    <w:abstractNumId w:val="3"/>
  </w:num>
  <w:num w:numId="7" w16cid:durableId="1962882189">
    <w:abstractNumId w:val="2"/>
  </w:num>
  <w:num w:numId="8" w16cid:durableId="1455249950">
    <w:abstractNumId w:val="1"/>
  </w:num>
  <w:num w:numId="9" w16cid:durableId="32258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3C3"/>
    <w:rsid w:val="00034616"/>
    <w:rsid w:val="0006063C"/>
    <w:rsid w:val="0015074B"/>
    <w:rsid w:val="0029639D"/>
    <w:rsid w:val="00326F90"/>
    <w:rsid w:val="00AA1D8D"/>
    <w:rsid w:val="00AE24C0"/>
    <w:rsid w:val="00B47730"/>
    <w:rsid w:val="00BC3D8F"/>
    <w:rsid w:val="00CB0664"/>
    <w:rsid w:val="00D24E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BB51E"/>
  <w14:defaultImageDpi w14:val="300"/>
  <w15:docId w15:val="{E9179581-E1FC-4449-B29B-59319936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Chakrit Wangstang</cp:lastModifiedBy>
  <cp:revision>3</cp:revision>
  <dcterms:created xsi:type="dcterms:W3CDTF">2013-12-23T23:15:00Z</dcterms:created>
  <dcterms:modified xsi:type="dcterms:W3CDTF">2026-09-09T08:55:00Z</dcterms:modified>
  <cp:category/>
</cp:coreProperties>
</file>